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FA1" w:rsidRPr="007A38DE" w:rsidRDefault="00BE7FA1" w:rsidP="00BE7FA1">
      <w:pPr>
        <w:pStyle w:val="Balk1"/>
        <w:spacing w:before="120"/>
        <w:jc w:val="center"/>
        <w:rPr>
          <w:rFonts w:ascii="Times New Roman" w:hAnsi="Times New Roman" w:cs="Times New Roman"/>
          <w:color w:val="000000" w:themeColor="text1"/>
        </w:rPr>
      </w:pPr>
      <w:r w:rsidRPr="007A38DE">
        <w:rPr>
          <w:rFonts w:ascii="Times New Roman" w:hAnsi="Times New Roman" w:cs="Times New Roman"/>
          <w:color w:val="000000" w:themeColor="text1"/>
        </w:rPr>
        <w:t>MUĞLA SITKI KOÇMAN ÜNİVERSİTESİ</w:t>
      </w:r>
    </w:p>
    <w:p w:rsidR="00A665FB" w:rsidRPr="007A38DE" w:rsidRDefault="00A97095" w:rsidP="00BE7FA1">
      <w:pPr>
        <w:pStyle w:val="Balk1"/>
        <w:spacing w:before="120"/>
        <w:jc w:val="center"/>
        <w:rPr>
          <w:rFonts w:ascii="Times New Roman" w:hAnsi="Times New Roman" w:cs="Times New Roman"/>
          <w:color w:val="000000" w:themeColor="text1"/>
        </w:rPr>
      </w:pPr>
      <w:r w:rsidRPr="007A38DE">
        <w:rPr>
          <w:rFonts w:ascii="Times New Roman" w:hAnsi="Times New Roman" w:cs="Times New Roman"/>
          <w:color w:val="000000" w:themeColor="text1"/>
        </w:rPr>
        <w:t xml:space="preserve"> COP31 </w:t>
      </w:r>
      <w:proofErr w:type="spellStart"/>
      <w:r w:rsidRPr="007A38DE">
        <w:rPr>
          <w:rFonts w:ascii="Times New Roman" w:hAnsi="Times New Roman" w:cs="Times New Roman"/>
          <w:color w:val="000000" w:themeColor="text1"/>
        </w:rPr>
        <w:t>Öğrenci</w:t>
      </w:r>
      <w:proofErr w:type="spellEnd"/>
      <w:r w:rsidRPr="007A38D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A38DE">
        <w:rPr>
          <w:rFonts w:ascii="Times New Roman" w:hAnsi="Times New Roman" w:cs="Times New Roman"/>
          <w:color w:val="000000" w:themeColor="text1"/>
        </w:rPr>
        <w:t>Katılım</w:t>
      </w:r>
      <w:proofErr w:type="spellEnd"/>
      <w:r w:rsidRPr="007A38D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A38DE">
        <w:rPr>
          <w:rFonts w:ascii="Times New Roman" w:hAnsi="Times New Roman" w:cs="Times New Roman"/>
          <w:color w:val="000000" w:themeColor="text1"/>
        </w:rPr>
        <w:t>Ön</w:t>
      </w:r>
      <w:proofErr w:type="spellEnd"/>
      <w:r w:rsidRPr="007A38D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A38DE">
        <w:rPr>
          <w:rFonts w:ascii="Times New Roman" w:hAnsi="Times New Roman" w:cs="Times New Roman"/>
          <w:color w:val="000000" w:themeColor="text1"/>
        </w:rPr>
        <w:t>Başvuru</w:t>
      </w:r>
      <w:proofErr w:type="spellEnd"/>
      <w:r w:rsidRPr="007A38D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A38DE">
        <w:rPr>
          <w:rFonts w:ascii="Times New Roman" w:hAnsi="Times New Roman" w:cs="Times New Roman"/>
          <w:color w:val="000000" w:themeColor="text1"/>
        </w:rPr>
        <w:t>Çağrısı</w:t>
      </w:r>
      <w:proofErr w:type="spellEnd"/>
      <w:r w:rsidRPr="007A38D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A38DE">
        <w:rPr>
          <w:rFonts w:ascii="Times New Roman" w:hAnsi="Times New Roman" w:cs="Times New Roman"/>
          <w:color w:val="000000" w:themeColor="text1"/>
        </w:rPr>
        <w:t>ve</w:t>
      </w:r>
      <w:proofErr w:type="spellEnd"/>
      <w:r w:rsidRPr="007A38D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A38DE">
        <w:rPr>
          <w:rFonts w:ascii="Times New Roman" w:hAnsi="Times New Roman" w:cs="Times New Roman"/>
          <w:color w:val="000000" w:themeColor="text1"/>
        </w:rPr>
        <w:t>Formu</w:t>
      </w:r>
      <w:proofErr w:type="spellEnd"/>
    </w:p>
    <w:p w:rsidR="00BE7FA1" w:rsidRPr="00BE7FA1" w:rsidRDefault="00BE7FA1" w:rsidP="00BE7FA1"/>
    <w:p w:rsid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7FA1">
        <w:rPr>
          <w:rFonts w:ascii="Times New Roman" w:hAnsi="Times New Roman" w:cs="Times New Roman"/>
          <w:sz w:val="24"/>
          <w:szCs w:val="24"/>
        </w:rPr>
        <w:t>Birleşmiş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Milletler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İklim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Değişikliği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Çerçeve Sözleşmesi 31.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Taraflar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Konferansı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(COP31), 9–20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Kasım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2026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tarihlerinde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Antalya'da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gerçekleştirilecektir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>.</w:t>
      </w:r>
    </w:p>
    <w:p w:rsid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br/>
        <w:t xml:space="preserve">Muğla Sıtkı Koçman Üniversitesi, COP31 sürecine bilimsel, toplumsal ve gençlik odaklı katkılar sunmak amacıyla öğrenci ön başvurularını toplamaktadır. Başvurular;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proje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ekipleri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gençlik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etkinlikleri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gönüllü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organizasyon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desteği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COP31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hazırlık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faaliyetleri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kapsamında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değerlendirilecektir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>.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br/>
        <w:t>Bu başvuru katılım garantisi sağlamamaktadır. Uygun görülen adaylarla ihtiyaç halinde iletişime geçilecektir.</w:t>
      </w:r>
    </w:p>
    <w:p w:rsidR="00A665FB" w:rsidRPr="00BE7FA1" w:rsidRDefault="00A97095" w:rsidP="00BE7FA1">
      <w:pPr>
        <w:pStyle w:val="Balk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Başvuru Bilgileri</w:t>
      </w:r>
    </w:p>
    <w:p w:rsid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t>Son Başvuru: 31 Temmuz 2026 Cuma (Mesai Bitimi)</w:t>
      </w:r>
    </w:p>
    <w:p w:rsid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posta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BE7FA1" w:rsidRPr="0023174A">
          <w:rPr>
            <w:rStyle w:val="Kpr"/>
            <w:rFonts w:ascii="Times New Roman" w:hAnsi="Times New Roman" w:cs="Times New Roman"/>
            <w:sz w:val="24"/>
            <w:szCs w:val="24"/>
          </w:rPr>
          <w:t>sykk@mu.edu.tr</w:t>
        </w:r>
      </w:hyperlink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7FA1">
        <w:rPr>
          <w:rFonts w:ascii="Times New Roman" w:hAnsi="Times New Roman" w:cs="Times New Roman"/>
          <w:sz w:val="24"/>
          <w:szCs w:val="24"/>
        </w:rPr>
        <w:t>Sorularınız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aynı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BE7FA1">
        <w:rPr>
          <w:rFonts w:ascii="Times New Roman" w:hAnsi="Times New Roman" w:cs="Times New Roman"/>
          <w:sz w:val="24"/>
          <w:szCs w:val="24"/>
        </w:rPr>
        <w:t>posta</w:t>
      </w:r>
      <w:proofErr w:type="spellEnd"/>
      <w:r w:rsidRPr="00BE7FA1">
        <w:rPr>
          <w:rFonts w:ascii="Times New Roman" w:hAnsi="Times New Roman" w:cs="Times New Roman"/>
          <w:sz w:val="24"/>
          <w:szCs w:val="24"/>
        </w:rPr>
        <w:t xml:space="preserve"> adresi kullanılabilir.</w:t>
      </w:r>
    </w:p>
    <w:p w:rsidR="00A665FB" w:rsidRPr="00BE7FA1" w:rsidRDefault="00A665FB" w:rsidP="00BE7FA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665FB" w:rsidRPr="00BE7FA1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7C80" w:rsidRDefault="00807C80" w:rsidP="00BE7FA1">
      <w:pPr>
        <w:spacing w:after="0" w:line="240" w:lineRule="auto"/>
      </w:pPr>
      <w:r>
        <w:separator/>
      </w:r>
    </w:p>
  </w:endnote>
  <w:endnote w:type="continuationSeparator" w:id="0">
    <w:p w:rsidR="00807C80" w:rsidRDefault="00807C80" w:rsidP="00BE7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FA1" w:rsidRPr="00757083" w:rsidRDefault="00BE7FA1" w:rsidP="00BE7FA1">
    <w:pPr>
      <w:pStyle w:val="NormalWeb"/>
      <w:spacing w:before="0" w:beforeAutospacing="0" w:after="0" w:afterAutospacing="0" w:line="360" w:lineRule="auto"/>
      <w:jc w:val="center"/>
      <w:rPr>
        <w:rStyle w:val="Gl"/>
        <w:rFonts w:eastAsiaTheme="majorEastAsia"/>
        <w:color w:val="00B050"/>
      </w:rPr>
    </w:pPr>
    <w:r w:rsidRPr="00757083">
      <w:rPr>
        <w:rStyle w:val="Gl"/>
        <w:rFonts w:eastAsiaTheme="majorEastAsia"/>
        <w:color w:val="00B050"/>
      </w:rPr>
      <w:t xml:space="preserve">Sürdürülebilir Yeşil Kampüs Koordinatörlüğü </w:t>
    </w:r>
  </w:p>
  <w:p w:rsidR="00BE7FA1" w:rsidRPr="00DF4865" w:rsidRDefault="00807C80" w:rsidP="00BE7FA1">
    <w:pPr>
      <w:pStyle w:val="NormalWeb"/>
      <w:spacing w:before="0" w:beforeAutospacing="0" w:after="0" w:afterAutospacing="0" w:line="360" w:lineRule="auto"/>
      <w:jc w:val="center"/>
      <w:rPr>
        <w:color w:val="00B050"/>
        <w:sz w:val="28"/>
        <w:szCs w:val="28"/>
      </w:rPr>
    </w:pPr>
    <w:hyperlink r:id="rId1" w:history="1">
      <w:r w:rsidR="00BE7FA1" w:rsidRPr="0023174A">
        <w:rPr>
          <w:rStyle w:val="Kpr"/>
        </w:rPr>
        <w:t>sykk@mu.edu.tr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7C80" w:rsidRDefault="00807C80" w:rsidP="00BE7FA1">
      <w:pPr>
        <w:spacing w:after="0" w:line="240" w:lineRule="auto"/>
      </w:pPr>
      <w:r>
        <w:separator/>
      </w:r>
    </w:p>
  </w:footnote>
  <w:footnote w:type="continuationSeparator" w:id="0">
    <w:p w:rsidR="00807C80" w:rsidRDefault="00807C80" w:rsidP="00BE7F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FA1" w:rsidRDefault="00BE7FA1">
    <w:pPr>
      <w:pStyle w:val="stBilgi"/>
    </w:pPr>
    <w:r>
      <w:rPr>
        <w:noProof/>
      </w:rPr>
      <w:drawing>
        <wp:inline distT="0" distB="0" distL="0" distR="0" wp14:anchorId="3DED0E04" wp14:editId="4A3F8685">
          <wp:extent cx="655320" cy="1058105"/>
          <wp:effectExtent l="0" t="0" r="0" b="8890"/>
          <wp:docPr id="4" name="Resim 4" descr="Üniversite Logos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Üniversite Logos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845" cy="1100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E7FA1" w:rsidRDefault="00BE7FA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3E8"/>
    <w:rsid w:val="0015074B"/>
    <w:rsid w:val="002450B3"/>
    <w:rsid w:val="0029639D"/>
    <w:rsid w:val="00322008"/>
    <w:rsid w:val="00326F90"/>
    <w:rsid w:val="00683D2F"/>
    <w:rsid w:val="007A38DE"/>
    <w:rsid w:val="00807C80"/>
    <w:rsid w:val="00A665FB"/>
    <w:rsid w:val="00A97095"/>
    <w:rsid w:val="00AA1D8D"/>
    <w:rsid w:val="00B47730"/>
    <w:rsid w:val="00BE7FA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3507FF"/>
  <w14:defaultImageDpi w14:val="300"/>
  <w15:docId w15:val="{247B098C-C0FD-476D-8C37-1475DB91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BE7FA1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E7FA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E7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kk@mu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ykk@m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A15EB8-BF1A-4E86-8576-B239A1BC1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dcterms:created xsi:type="dcterms:W3CDTF">2026-07-24T08:40:00Z</dcterms:created>
  <dcterms:modified xsi:type="dcterms:W3CDTF">2026-07-24T08:40:00Z</dcterms:modified>
  <cp:category/>
</cp:coreProperties>
</file>